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417C4" w14:textId="77777777" w:rsidR="00DB6A3B" w:rsidRDefault="00784BE1" w:rsidP="00DB6A3B">
      <w:pPr>
        <w:spacing w:after="0"/>
        <w:jc w:val="right"/>
        <w:rPr>
          <w:rFonts w:ascii="Times New Roman" w:hAnsi="Times New Roman"/>
          <w:sz w:val="20"/>
          <w:lang w:val="ru-RU"/>
        </w:rPr>
      </w:pPr>
      <w:r w:rsidRPr="00F06A8C">
        <w:rPr>
          <w:rFonts w:ascii="Times New Roman" w:hAnsi="Times New Roman"/>
          <w:sz w:val="20"/>
          <w:lang w:val="ru-RU"/>
        </w:rPr>
        <w:t>Приложение 1</w:t>
      </w:r>
      <w:r w:rsidRPr="00F06A8C">
        <w:rPr>
          <w:rFonts w:ascii="Times New Roman" w:hAnsi="Times New Roman"/>
          <w:sz w:val="20"/>
          <w:lang w:val="ru-RU"/>
        </w:rPr>
        <w:br/>
        <w:t>к Порядку предоставления единовременных компенсационных</w:t>
      </w:r>
    </w:p>
    <w:p w14:paraId="4F0EA54F" w14:textId="77777777" w:rsidR="00DB6A3B" w:rsidRDefault="00784BE1" w:rsidP="00DB6A3B">
      <w:pPr>
        <w:spacing w:after="0"/>
        <w:jc w:val="right"/>
        <w:rPr>
          <w:rFonts w:ascii="Times New Roman" w:hAnsi="Times New Roman"/>
          <w:sz w:val="20"/>
          <w:lang w:val="ru-RU"/>
        </w:rPr>
      </w:pPr>
      <w:r w:rsidRPr="00F06A8C">
        <w:rPr>
          <w:rFonts w:ascii="Times New Roman" w:hAnsi="Times New Roman"/>
          <w:sz w:val="20"/>
          <w:lang w:val="ru-RU"/>
        </w:rPr>
        <w:t xml:space="preserve"> выплат работникам сферы физической культуры и спорта, </w:t>
      </w:r>
    </w:p>
    <w:p w14:paraId="1DDCD687" w14:textId="77777777" w:rsidR="00DB6A3B" w:rsidRDefault="00784BE1" w:rsidP="00DB6A3B">
      <w:pPr>
        <w:spacing w:after="0"/>
        <w:jc w:val="right"/>
        <w:rPr>
          <w:rFonts w:ascii="Times New Roman" w:hAnsi="Times New Roman"/>
          <w:sz w:val="20"/>
          <w:lang w:val="ru-RU"/>
        </w:rPr>
      </w:pPr>
      <w:r w:rsidRPr="00F06A8C">
        <w:rPr>
          <w:rFonts w:ascii="Times New Roman" w:hAnsi="Times New Roman"/>
          <w:sz w:val="20"/>
          <w:lang w:val="ru-RU"/>
        </w:rPr>
        <w:t>прибывшим (переехавшим) на работу в населенные пункты</w:t>
      </w:r>
    </w:p>
    <w:p w14:paraId="4B489E39" w14:textId="7FE8B7B7" w:rsidR="008B2983" w:rsidRPr="00F06A8C" w:rsidRDefault="00784BE1" w:rsidP="00DB6A3B">
      <w:pPr>
        <w:spacing w:after="0"/>
        <w:jc w:val="right"/>
        <w:rPr>
          <w:lang w:val="ru-RU"/>
        </w:rPr>
      </w:pPr>
      <w:r w:rsidRPr="00F06A8C">
        <w:rPr>
          <w:rFonts w:ascii="Times New Roman" w:hAnsi="Times New Roman"/>
          <w:sz w:val="20"/>
          <w:lang w:val="ru-RU"/>
        </w:rPr>
        <w:t xml:space="preserve"> Республики Ингушетия с числом жителей до 50 тысяч человек</w:t>
      </w:r>
    </w:p>
    <w:p w14:paraId="3BEABC63" w14:textId="77777777" w:rsidR="008B2983" w:rsidRPr="00F06A8C" w:rsidRDefault="00784BE1" w:rsidP="00F06A8C">
      <w:pPr>
        <w:spacing w:before="240" w:after="120"/>
        <w:jc w:val="right"/>
        <w:rPr>
          <w:bCs/>
          <w:lang w:val="ru-RU"/>
        </w:rPr>
      </w:pPr>
      <w:r w:rsidRPr="00F06A8C">
        <w:rPr>
          <w:rFonts w:ascii="Times New Roman" w:hAnsi="Times New Roman"/>
          <w:bCs/>
          <w:sz w:val="24"/>
          <w:lang w:val="ru-RU"/>
        </w:rPr>
        <w:t>ФОРМА</w:t>
      </w:r>
    </w:p>
    <w:p w14:paraId="72F27A5A" w14:textId="69C0F160" w:rsidR="00DB6A3B" w:rsidRDefault="00784BE1">
      <w:pPr>
        <w:spacing w:after="80"/>
        <w:jc w:val="right"/>
        <w:rPr>
          <w:rFonts w:ascii="Times New Roman" w:hAnsi="Times New Roman"/>
          <w:i/>
          <w:sz w:val="18"/>
          <w:lang w:val="ru-RU"/>
        </w:rPr>
      </w:pPr>
      <w:r w:rsidRPr="00F06A8C">
        <w:rPr>
          <w:rFonts w:ascii="Times New Roman" w:hAnsi="Times New Roman"/>
          <w:lang w:val="ru-RU"/>
        </w:rPr>
        <w:t>от ___________________________________________________</w:t>
      </w:r>
      <w:r w:rsidRPr="00F06A8C">
        <w:rPr>
          <w:rFonts w:ascii="Times New Roman" w:hAnsi="Times New Roman"/>
          <w:lang w:val="ru-RU"/>
        </w:rPr>
        <w:br/>
      </w:r>
      <w:r w:rsidRPr="00F06A8C">
        <w:rPr>
          <w:rFonts w:ascii="Times New Roman" w:hAnsi="Times New Roman"/>
          <w:i/>
          <w:sz w:val="18"/>
          <w:lang w:val="ru-RU"/>
        </w:rPr>
        <w:t>(фамилия, имя, отчество (при наличии))</w:t>
      </w:r>
      <w:r w:rsidRPr="00F06A8C">
        <w:rPr>
          <w:rFonts w:ascii="Times New Roman" w:hAnsi="Times New Roman"/>
          <w:i/>
          <w:sz w:val="18"/>
          <w:lang w:val="ru-RU"/>
        </w:rPr>
        <w:br/>
      </w:r>
      <w:r w:rsidRPr="00F06A8C">
        <w:rPr>
          <w:rFonts w:ascii="Times New Roman" w:hAnsi="Times New Roman"/>
          <w:lang w:val="ru-RU"/>
        </w:rPr>
        <w:t xml:space="preserve">адрес регистрации: </w:t>
      </w:r>
      <w:r w:rsidR="00F06A8C">
        <w:rPr>
          <w:rFonts w:ascii="Times New Roman" w:hAnsi="Times New Roman"/>
          <w:lang w:val="ru-RU"/>
        </w:rPr>
        <w:t xml:space="preserve"> </w:t>
      </w:r>
      <w:r w:rsidRPr="00F06A8C">
        <w:rPr>
          <w:rFonts w:ascii="Times New Roman" w:hAnsi="Times New Roman"/>
          <w:lang w:val="ru-RU"/>
        </w:rPr>
        <w:t>_____________________________________</w:t>
      </w:r>
      <w:r w:rsidRPr="00F06A8C">
        <w:rPr>
          <w:rFonts w:ascii="Times New Roman" w:hAnsi="Times New Roman"/>
          <w:lang w:val="ru-RU"/>
        </w:rPr>
        <w:br/>
      </w:r>
      <w:r w:rsidRPr="00F06A8C">
        <w:rPr>
          <w:rFonts w:ascii="Times New Roman" w:hAnsi="Times New Roman"/>
          <w:i/>
          <w:sz w:val="18"/>
          <w:lang w:val="ru-RU"/>
        </w:rPr>
        <w:t>(с указанием индекса)</w:t>
      </w:r>
    </w:p>
    <w:p w14:paraId="29F8EFA1" w14:textId="64598DA2" w:rsidR="00DB6A3B" w:rsidRDefault="00DB6A3B">
      <w:pPr>
        <w:spacing w:after="80"/>
        <w:jc w:val="right"/>
        <w:rPr>
          <w:rFonts w:ascii="Times New Roman" w:hAnsi="Times New Roman"/>
          <w:i/>
          <w:sz w:val="18"/>
          <w:lang w:val="ru-RU"/>
        </w:rPr>
      </w:pPr>
      <w:r>
        <w:rPr>
          <w:rFonts w:ascii="Times New Roman" w:hAnsi="Times New Roman"/>
          <w:i/>
          <w:sz w:val="18"/>
          <w:lang w:val="ru-RU"/>
        </w:rPr>
        <w:t>__________________________________________________________________</w:t>
      </w:r>
    </w:p>
    <w:p w14:paraId="77E6F145" w14:textId="152A20BF" w:rsidR="00DB6A3B" w:rsidRDefault="00DB6A3B">
      <w:pPr>
        <w:spacing w:after="80"/>
        <w:jc w:val="right"/>
        <w:rPr>
          <w:rFonts w:ascii="Times New Roman" w:hAnsi="Times New Roman"/>
          <w:i/>
          <w:sz w:val="18"/>
          <w:lang w:val="ru-RU"/>
        </w:rPr>
      </w:pPr>
      <w:r>
        <w:rPr>
          <w:rFonts w:ascii="Times New Roman" w:hAnsi="Times New Roman"/>
          <w:i/>
          <w:sz w:val="18"/>
          <w:lang w:val="ru-RU"/>
        </w:rPr>
        <w:t>__________________________________________________________________</w:t>
      </w:r>
      <w:r w:rsidR="00784BE1" w:rsidRPr="00F06A8C">
        <w:rPr>
          <w:rFonts w:ascii="Times New Roman" w:hAnsi="Times New Roman"/>
          <w:i/>
          <w:sz w:val="18"/>
          <w:lang w:val="ru-RU"/>
        </w:rPr>
        <w:br/>
      </w:r>
      <w:r w:rsidR="00784BE1" w:rsidRPr="00F06A8C">
        <w:rPr>
          <w:rFonts w:ascii="Times New Roman" w:hAnsi="Times New Roman"/>
          <w:lang w:val="ru-RU"/>
        </w:rPr>
        <w:t xml:space="preserve">адрес фактического </w:t>
      </w:r>
      <w:r w:rsidRPr="00F06A8C">
        <w:rPr>
          <w:rFonts w:ascii="Times New Roman" w:hAnsi="Times New Roman"/>
          <w:lang w:val="ru-RU"/>
        </w:rPr>
        <w:t xml:space="preserve">проживания: </w:t>
      </w:r>
      <w:r>
        <w:rPr>
          <w:rFonts w:ascii="Times New Roman" w:hAnsi="Times New Roman"/>
          <w:lang w:val="ru-RU"/>
        </w:rPr>
        <w:t>_</w:t>
      </w:r>
      <w:r w:rsidR="00784BE1" w:rsidRPr="00F06A8C">
        <w:rPr>
          <w:rFonts w:ascii="Times New Roman" w:hAnsi="Times New Roman"/>
          <w:lang w:val="ru-RU"/>
        </w:rPr>
        <w:t>________________________</w:t>
      </w:r>
      <w:r w:rsidR="00784BE1" w:rsidRPr="00F06A8C">
        <w:rPr>
          <w:rFonts w:ascii="Times New Roman" w:hAnsi="Times New Roman"/>
          <w:lang w:val="ru-RU"/>
        </w:rPr>
        <w:br/>
      </w:r>
      <w:r w:rsidR="00784BE1" w:rsidRPr="00F06A8C">
        <w:rPr>
          <w:rFonts w:ascii="Times New Roman" w:hAnsi="Times New Roman"/>
          <w:i/>
          <w:sz w:val="18"/>
          <w:lang w:val="ru-RU"/>
        </w:rPr>
        <w:t>(с указанием индекса)</w:t>
      </w:r>
    </w:p>
    <w:p w14:paraId="10047FF1" w14:textId="5ED69938" w:rsidR="00DB6A3B" w:rsidRDefault="00DB6A3B">
      <w:pPr>
        <w:spacing w:after="80"/>
        <w:jc w:val="right"/>
        <w:rPr>
          <w:rFonts w:ascii="Times New Roman" w:hAnsi="Times New Roman"/>
          <w:i/>
          <w:sz w:val="18"/>
          <w:lang w:val="ru-RU"/>
        </w:rPr>
      </w:pPr>
      <w:r>
        <w:rPr>
          <w:rFonts w:ascii="Times New Roman" w:hAnsi="Times New Roman"/>
          <w:i/>
          <w:sz w:val="18"/>
          <w:lang w:val="ru-RU"/>
        </w:rPr>
        <w:t>__________________________________________________________________</w:t>
      </w:r>
    </w:p>
    <w:p w14:paraId="3749E6FA" w14:textId="0578537C" w:rsidR="008B2983" w:rsidRPr="00F06A8C" w:rsidRDefault="00DB6A3B">
      <w:pPr>
        <w:spacing w:after="80"/>
        <w:jc w:val="right"/>
        <w:rPr>
          <w:lang w:val="ru-RU"/>
        </w:rPr>
      </w:pPr>
      <w:r>
        <w:rPr>
          <w:rFonts w:ascii="Times New Roman" w:hAnsi="Times New Roman"/>
          <w:i/>
          <w:sz w:val="18"/>
          <w:lang w:val="ru-RU"/>
        </w:rPr>
        <w:t>__________________________________________________________________</w:t>
      </w:r>
      <w:r w:rsidR="00784BE1" w:rsidRPr="00F06A8C">
        <w:rPr>
          <w:rFonts w:ascii="Times New Roman" w:hAnsi="Times New Roman"/>
          <w:i/>
          <w:sz w:val="18"/>
          <w:lang w:val="ru-RU"/>
        </w:rPr>
        <w:br/>
      </w:r>
      <w:r w:rsidR="00F06A8C">
        <w:rPr>
          <w:rFonts w:ascii="Times New Roman" w:hAnsi="Times New Roman"/>
          <w:lang w:val="ru-RU"/>
        </w:rPr>
        <w:t xml:space="preserve">   </w:t>
      </w:r>
      <w:r w:rsidR="00F06A8C">
        <w:rPr>
          <w:rFonts w:ascii="Times New Roman" w:hAnsi="Times New Roman"/>
          <w:lang w:val="ru-RU"/>
        </w:rPr>
        <w:tab/>
      </w:r>
      <w:r w:rsidR="00F06A8C">
        <w:rPr>
          <w:rFonts w:ascii="Times New Roman" w:hAnsi="Times New Roman"/>
          <w:lang w:val="ru-RU"/>
        </w:rPr>
        <w:tab/>
      </w:r>
      <w:r w:rsidR="00784BE1" w:rsidRPr="00F06A8C">
        <w:rPr>
          <w:rFonts w:ascii="Times New Roman" w:hAnsi="Times New Roman"/>
          <w:lang w:val="ru-RU"/>
        </w:rPr>
        <w:t>Контактные данные: Телефон _____________________________</w:t>
      </w:r>
      <w:r w:rsidR="00784BE1" w:rsidRPr="00F06A8C">
        <w:rPr>
          <w:rFonts w:ascii="Times New Roman" w:hAnsi="Times New Roman"/>
          <w:lang w:val="ru-RU"/>
        </w:rPr>
        <w:br/>
        <w:t>Электронная почта</w:t>
      </w:r>
      <w:r w:rsidR="00F06A8C">
        <w:rPr>
          <w:rFonts w:ascii="Times New Roman" w:hAnsi="Times New Roman"/>
          <w:lang w:val="ru-RU"/>
        </w:rPr>
        <w:t xml:space="preserve">   </w:t>
      </w:r>
      <w:r w:rsidR="00784BE1" w:rsidRPr="00F06A8C">
        <w:rPr>
          <w:rFonts w:ascii="Times New Roman" w:hAnsi="Times New Roman"/>
          <w:lang w:val="ru-RU"/>
        </w:rPr>
        <w:t>(при наличии) ________________________</w:t>
      </w:r>
    </w:p>
    <w:p w14:paraId="292EC376" w14:textId="77777777" w:rsidR="008B2983" w:rsidRPr="00DB6A3B" w:rsidRDefault="00784BE1">
      <w:pPr>
        <w:spacing w:before="360" w:after="240"/>
        <w:jc w:val="center"/>
        <w:rPr>
          <w:bCs/>
          <w:lang w:val="ru-RU"/>
        </w:rPr>
      </w:pPr>
      <w:r w:rsidRPr="00DB6A3B">
        <w:rPr>
          <w:rFonts w:ascii="Times New Roman" w:hAnsi="Times New Roman"/>
          <w:bCs/>
          <w:sz w:val="24"/>
          <w:lang w:val="ru-RU"/>
        </w:rPr>
        <w:t>Заявка</w:t>
      </w:r>
      <w:r w:rsidRPr="00DB6A3B">
        <w:rPr>
          <w:rFonts w:ascii="Times New Roman" w:hAnsi="Times New Roman"/>
          <w:bCs/>
          <w:sz w:val="24"/>
          <w:lang w:val="ru-RU"/>
        </w:rPr>
        <w:br/>
        <w:t>на участие в отборе на право получения единовременной компенсационной выплаты работникам сферы физической культуры и спорта, прибывшим (переехавшим) на работу в населенные пункты Республики Ингушетия с числом жителей до 50 тысяч человек</w:t>
      </w:r>
    </w:p>
    <w:p w14:paraId="25B5D2C4" w14:textId="1F17608D" w:rsidR="003013DC" w:rsidRDefault="003013DC" w:rsidP="003013DC">
      <w:pPr>
        <w:spacing w:after="120"/>
        <w:rPr>
          <w:rFonts w:ascii="Times New Roman" w:hAnsi="Times New Roman"/>
          <w:i/>
          <w:sz w:val="18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  <w:r w:rsidR="00784BE1" w:rsidRPr="00F06A8C">
        <w:rPr>
          <w:rFonts w:ascii="Times New Roman" w:hAnsi="Times New Roman"/>
          <w:sz w:val="24"/>
          <w:lang w:val="ru-RU"/>
        </w:rPr>
        <w:t>Прошу допустить меня, _________________________________________________________________</w:t>
      </w:r>
      <w:r w:rsidR="00F06A8C">
        <w:rPr>
          <w:rFonts w:ascii="Times New Roman" w:hAnsi="Times New Roman"/>
          <w:sz w:val="24"/>
          <w:lang w:val="ru-RU"/>
        </w:rPr>
        <w:t>____________</w:t>
      </w:r>
      <w:r w:rsidR="00784BE1" w:rsidRPr="00F06A8C">
        <w:rPr>
          <w:rFonts w:ascii="Times New Roman" w:hAnsi="Times New Roman"/>
          <w:sz w:val="24"/>
          <w:lang w:val="ru-RU"/>
        </w:rPr>
        <w:t>,</w:t>
      </w:r>
      <w:r w:rsidR="00784BE1" w:rsidRPr="00F06A8C">
        <w:rPr>
          <w:rFonts w:ascii="Times New Roman" w:hAnsi="Times New Roman"/>
          <w:sz w:val="24"/>
          <w:lang w:val="ru-RU"/>
        </w:rPr>
        <w:br/>
      </w:r>
      <w:r w:rsidR="00784BE1" w:rsidRPr="00F06A8C">
        <w:rPr>
          <w:rFonts w:ascii="Times New Roman" w:hAnsi="Times New Roman"/>
          <w:i/>
          <w:sz w:val="18"/>
          <w:lang w:val="ru-RU"/>
        </w:rPr>
        <w:t xml:space="preserve">                                                         (фамилия, имя, отчество (при наличии) претендента)</w:t>
      </w:r>
      <w:r w:rsidR="00784BE1" w:rsidRPr="00F06A8C">
        <w:rPr>
          <w:rFonts w:ascii="Times New Roman" w:hAnsi="Times New Roman"/>
          <w:i/>
          <w:sz w:val="18"/>
          <w:lang w:val="ru-RU"/>
        </w:rPr>
        <w:br/>
      </w:r>
      <w:r w:rsidR="00784BE1" w:rsidRPr="00F06A8C">
        <w:rPr>
          <w:rFonts w:ascii="Times New Roman" w:hAnsi="Times New Roman"/>
          <w:sz w:val="24"/>
          <w:lang w:val="ru-RU"/>
        </w:rPr>
        <w:t xml:space="preserve">паспорт: серия </w:t>
      </w:r>
      <w:r w:rsidR="00DB6A3B">
        <w:rPr>
          <w:rFonts w:ascii="Times New Roman" w:hAnsi="Times New Roman"/>
          <w:sz w:val="24"/>
          <w:lang w:val="ru-RU"/>
        </w:rPr>
        <w:t>_____</w:t>
      </w:r>
      <w:r w:rsidR="00784BE1" w:rsidRPr="00F06A8C">
        <w:rPr>
          <w:rFonts w:ascii="Times New Roman" w:hAnsi="Times New Roman"/>
          <w:sz w:val="24"/>
          <w:lang w:val="ru-RU"/>
        </w:rPr>
        <w:t>__________ номе</w:t>
      </w:r>
      <w:r w:rsidR="00DB6A3B">
        <w:rPr>
          <w:rFonts w:ascii="Times New Roman" w:hAnsi="Times New Roman"/>
          <w:sz w:val="24"/>
          <w:lang w:val="ru-RU"/>
        </w:rPr>
        <w:t>р____________________________</w:t>
      </w:r>
      <w:r w:rsidR="00784BE1" w:rsidRPr="00F06A8C">
        <w:rPr>
          <w:rFonts w:ascii="Times New Roman" w:hAnsi="Times New Roman"/>
          <w:sz w:val="24"/>
          <w:lang w:val="ru-RU"/>
        </w:rPr>
        <w:t>________________ выданный_____________________________________</w:t>
      </w:r>
      <w:r w:rsidR="00F06A8C">
        <w:rPr>
          <w:rFonts w:ascii="Times New Roman" w:hAnsi="Times New Roman"/>
          <w:sz w:val="24"/>
          <w:lang w:val="ru-RU"/>
        </w:rPr>
        <w:t>________________________________</w:t>
      </w:r>
      <w:r>
        <w:rPr>
          <w:rFonts w:ascii="Times New Roman" w:hAnsi="Times New Roman"/>
          <w:sz w:val="24"/>
          <w:lang w:val="ru-RU"/>
        </w:rPr>
        <w:t xml:space="preserve">     </w:t>
      </w:r>
      <w:r w:rsidR="00784BE1" w:rsidRPr="00F06A8C">
        <w:rPr>
          <w:rFonts w:ascii="Times New Roman" w:hAnsi="Times New Roman"/>
          <w:i/>
          <w:sz w:val="18"/>
          <w:lang w:val="ru-RU"/>
        </w:rPr>
        <w:t xml:space="preserve">                                                                                            (кем, когда выдан)</w:t>
      </w:r>
      <w:r>
        <w:rPr>
          <w:rFonts w:ascii="Times New Roman" w:hAnsi="Times New Roman"/>
          <w:i/>
          <w:sz w:val="18"/>
          <w:lang w:val="ru-RU"/>
        </w:rPr>
        <w:t xml:space="preserve">                                                                                      </w:t>
      </w:r>
    </w:p>
    <w:p w14:paraId="7B252AC2" w14:textId="77777777" w:rsidR="003013DC" w:rsidRDefault="003013DC" w:rsidP="003013DC">
      <w:pPr>
        <w:spacing w:after="120"/>
        <w:ind w:firstLine="720"/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i/>
          <w:sz w:val="18"/>
          <w:lang w:val="ru-RU"/>
        </w:rPr>
        <w:t>________________________________________________________________________________________________</w:t>
      </w:r>
      <w:r w:rsidR="00784BE1" w:rsidRPr="00F06A8C">
        <w:rPr>
          <w:rFonts w:ascii="Times New Roman" w:hAnsi="Times New Roman"/>
          <w:i/>
          <w:sz w:val="18"/>
          <w:lang w:val="ru-RU"/>
        </w:rPr>
        <w:br/>
      </w:r>
      <w:r w:rsidR="00784BE1" w:rsidRPr="003013DC">
        <w:rPr>
          <w:rFonts w:ascii="Times New Roman" w:hAnsi="Times New Roman"/>
          <w:sz w:val="16"/>
          <w:szCs w:val="16"/>
          <w:lang w:val="ru-RU"/>
        </w:rPr>
        <w:t>(или реквизиты иного документа, признаваемого в соответствии с законодательством Российской Федерации документом, удостоверяющим личность)</w:t>
      </w:r>
      <w:r w:rsidR="00784BE1" w:rsidRPr="00F06A8C">
        <w:rPr>
          <w:rFonts w:ascii="Times New Roman" w:hAnsi="Times New Roman"/>
          <w:sz w:val="24"/>
          <w:lang w:val="ru-RU"/>
        </w:rPr>
        <w:t xml:space="preserve">, </w:t>
      </w:r>
    </w:p>
    <w:p w14:paraId="020D5A04" w14:textId="34AA0F99" w:rsidR="008B2983" w:rsidRPr="00F06A8C" w:rsidRDefault="00784BE1" w:rsidP="003013DC">
      <w:pPr>
        <w:spacing w:after="120"/>
        <w:jc w:val="both"/>
        <w:rPr>
          <w:rFonts w:ascii="Times New Roman" w:hAnsi="Times New Roman"/>
          <w:sz w:val="24"/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для участия в отборе на право получения единовременной компенсационной выплаты работникам сферы физической культуры и спорта, прибывшим (переехавшим) на работу в населенные пункты Республики Ингушетия с числом жителей до 50 тысяч человек.</w:t>
      </w:r>
    </w:p>
    <w:p w14:paraId="01631007" w14:textId="02A583DA" w:rsidR="00DB6A3B" w:rsidRDefault="00784BE1" w:rsidP="003013DC">
      <w:pPr>
        <w:spacing w:after="120"/>
        <w:rPr>
          <w:rFonts w:ascii="Times New Roman" w:hAnsi="Times New Roman"/>
          <w:i/>
          <w:sz w:val="20"/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Наименование вакантной должности: _______________________________________________________</w:t>
      </w:r>
      <w:r w:rsidR="00DB6A3B">
        <w:rPr>
          <w:rFonts w:ascii="Times New Roman" w:hAnsi="Times New Roman"/>
          <w:sz w:val="24"/>
          <w:lang w:val="ru-RU"/>
        </w:rPr>
        <w:t>_______________________</w:t>
      </w:r>
      <w:r w:rsidRPr="00F06A8C">
        <w:rPr>
          <w:rFonts w:ascii="Times New Roman" w:hAnsi="Times New Roman"/>
          <w:sz w:val="24"/>
          <w:lang w:val="ru-RU"/>
        </w:rPr>
        <w:br/>
      </w:r>
      <w:r w:rsidR="00DB6A3B">
        <w:rPr>
          <w:rFonts w:ascii="Times New Roman" w:hAnsi="Times New Roman"/>
          <w:i/>
          <w:sz w:val="20"/>
          <w:lang w:val="ru-RU"/>
        </w:rPr>
        <w:t xml:space="preserve">                                       </w:t>
      </w:r>
      <w:proofErr w:type="gramStart"/>
      <w:r w:rsidR="00DB6A3B">
        <w:rPr>
          <w:rFonts w:ascii="Times New Roman" w:hAnsi="Times New Roman"/>
          <w:i/>
          <w:sz w:val="20"/>
          <w:lang w:val="ru-RU"/>
        </w:rPr>
        <w:t xml:space="preserve">   (</w:t>
      </w:r>
      <w:proofErr w:type="gramEnd"/>
      <w:r w:rsidRPr="00F06A8C">
        <w:rPr>
          <w:rFonts w:ascii="Times New Roman" w:hAnsi="Times New Roman"/>
          <w:i/>
          <w:sz w:val="20"/>
          <w:lang w:val="ru-RU"/>
        </w:rPr>
        <w:t>Является приоритетной в случае подачи более одной заявки)</w:t>
      </w:r>
    </w:p>
    <w:p w14:paraId="5542FE41" w14:textId="7C3AD8AB" w:rsidR="008B2983" w:rsidRPr="00F06A8C" w:rsidRDefault="00DB6A3B" w:rsidP="00DB6A3B">
      <w:pPr>
        <w:spacing w:after="120"/>
        <w:rPr>
          <w:lang w:val="ru-RU"/>
        </w:rPr>
      </w:pPr>
      <w:r>
        <w:rPr>
          <w:rFonts w:ascii="Times New Roman" w:hAnsi="Times New Roman"/>
          <w:i/>
          <w:sz w:val="20"/>
          <w:lang w:val="ru-RU"/>
        </w:rPr>
        <w:t>_____________________________________________________________________________________________</w:t>
      </w:r>
      <w:r w:rsidR="00784BE1" w:rsidRPr="00F06A8C">
        <w:rPr>
          <w:rFonts w:ascii="Times New Roman" w:hAnsi="Times New Roman"/>
          <w:i/>
          <w:sz w:val="20"/>
          <w:lang w:val="ru-RU"/>
        </w:rPr>
        <w:br/>
      </w:r>
      <w:r w:rsidR="00784BE1" w:rsidRPr="00F06A8C">
        <w:rPr>
          <w:rFonts w:ascii="Times New Roman" w:hAnsi="Times New Roman"/>
          <w:sz w:val="24"/>
          <w:lang w:val="ru-RU"/>
        </w:rPr>
        <w:t xml:space="preserve">Наименование организации физической культуры и спорта: </w:t>
      </w:r>
      <w:r w:rsidR="00784BE1" w:rsidRPr="00F06A8C">
        <w:rPr>
          <w:rFonts w:ascii="Times New Roman" w:hAnsi="Times New Roman"/>
          <w:sz w:val="24"/>
          <w:lang w:val="ru-RU"/>
        </w:rPr>
        <w:lastRenderedPageBreak/>
        <w:t>___________________________________</w:t>
      </w:r>
      <w:r>
        <w:rPr>
          <w:rFonts w:ascii="Times New Roman" w:hAnsi="Times New Roman"/>
          <w:sz w:val="24"/>
          <w:lang w:val="ru-RU"/>
        </w:rPr>
        <w:t>___________________________________________</w:t>
      </w:r>
      <w:r w:rsidR="00784BE1" w:rsidRPr="00F06A8C">
        <w:rPr>
          <w:rFonts w:ascii="Times New Roman" w:hAnsi="Times New Roman"/>
          <w:sz w:val="24"/>
          <w:lang w:val="ru-RU"/>
        </w:rPr>
        <w:br/>
        <w:t>Наименование населенного пункта Республики Ингушетия с числом жителей до 50 тысяч человек:______________________________________________________________________________</w:t>
      </w:r>
      <w:r>
        <w:rPr>
          <w:rFonts w:ascii="Times New Roman" w:hAnsi="Times New Roman"/>
          <w:sz w:val="24"/>
          <w:lang w:val="ru-RU"/>
        </w:rPr>
        <w:t>_____________________________________________________________________</w:t>
      </w:r>
    </w:p>
    <w:p w14:paraId="0620E34E" w14:textId="77777777" w:rsidR="008B2983" w:rsidRPr="00F06A8C" w:rsidRDefault="00784BE1" w:rsidP="00784BE1">
      <w:pPr>
        <w:spacing w:after="120"/>
        <w:ind w:firstLine="720"/>
        <w:jc w:val="both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С Порядком предоставления единовременных компенсационных выплат работникам сферы физической культуры и спорта, прибывшим (переехавшим) на работу в населенные пункты Республики Ингушетия с числом жителей до 50 тысяч человек ознакомлен(а) и согласен(на).</w:t>
      </w:r>
    </w:p>
    <w:p w14:paraId="36BCC9BB" w14:textId="11951F9E" w:rsidR="008B2983" w:rsidRPr="00F06A8C" w:rsidRDefault="00784BE1" w:rsidP="00784BE1">
      <w:pPr>
        <w:spacing w:after="120"/>
        <w:ind w:firstLine="720"/>
        <w:jc w:val="both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В случае успешного прохождения отбора на право получения единовременной компенсационной выплаты работникам сферы физической культуры и спорта, прибывшим (переехавшим) на работу в населенные пункты Республики Ингушетия с числом жителей до 50 тысяч человек, гарантирую, что при заключении трудового договора приму на себя обязательства, предусмотренные частью 4</w:t>
      </w:r>
      <w:r w:rsidR="003013DC">
        <w:rPr>
          <w:rFonts w:ascii="Times New Roman" w:hAnsi="Times New Roman"/>
          <w:sz w:val="24"/>
          <w:lang w:val="ru-RU"/>
        </w:rPr>
        <w:t>3</w:t>
      </w:r>
      <w:r w:rsidRPr="00F06A8C">
        <w:rPr>
          <w:rFonts w:ascii="Times New Roman" w:hAnsi="Times New Roman"/>
          <w:sz w:val="24"/>
          <w:lang w:val="ru-RU"/>
        </w:rPr>
        <w:t xml:space="preserve"> Порядка предоставления единовременных компенсационных выплат работникам сферы физической культуры и спорта, прибывшим (переехавшим) на работу в населенные пункты Республики Ингушетия с числом жителей до 50 тысяч человек.</w:t>
      </w:r>
    </w:p>
    <w:p w14:paraId="0393CCBA" w14:textId="77777777" w:rsidR="008B2983" w:rsidRPr="00F06A8C" w:rsidRDefault="00784BE1">
      <w:pPr>
        <w:spacing w:before="120" w:after="12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К заявке прилагаю следующие документы:</w:t>
      </w:r>
    </w:p>
    <w:p w14:paraId="58219B1D" w14:textId="26AC0206" w:rsidR="008B2983" w:rsidRPr="00F06A8C" w:rsidRDefault="00784BE1">
      <w:pPr>
        <w:spacing w:after="8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1. ____________________________________________________________________________</w:t>
      </w:r>
    </w:p>
    <w:p w14:paraId="1C48936F" w14:textId="50001B6A" w:rsidR="008B2983" w:rsidRPr="00F06A8C" w:rsidRDefault="00784BE1">
      <w:pPr>
        <w:spacing w:after="8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2. ____________________________________________________________________________</w:t>
      </w:r>
    </w:p>
    <w:p w14:paraId="274CD262" w14:textId="40AA9030" w:rsidR="008B2983" w:rsidRPr="00F06A8C" w:rsidRDefault="00784BE1">
      <w:pPr>
        <w:spacing w:after="8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3. ____________________________________________________________________________</w:t>
      </w:r>
    </w:p>
    <w:p w14:paraId="492FB0E6" w14:textId="0B063DF2" w:rsidR="008B2983" w:rsidRPr="00F06A8C" w:rsidRDefault="00784BE1">
      <w:pPr>
        <w:spacing w:after="8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4. ____________________________________________________________________________</w:t>
      </w:r>
    </w:p>
    <w:p w14:paraId="45A24358" w14:textId="075BC40C" w:rsidR="008B2983" w:rsidRPr="00F06A8C" w:rsidRDefault="00784BE1">
      <w:pPr>
        <w:spacing w:after="8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5. ____________________________________________________________________________</w:t>
      </w:r>
    </w:p>
    <w:p w14:paraId="7CFE4DFF" w14:textId="576B1D2A" w:rsidR="008B2983" w:rsidRPr="00F06A8C" w:rsidRDefault="00784BE1">
      <w:pPr>
        <w:spacing w:after="80"/>
        <w:rPr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6. ____________________________________________________________________________</w:t>
      </w:r>
    </w:p>
    <w:p w14:paraId="43033755" w14:textId="2D243DE8" w:rsidR="008B2983" w:rsidRDefault="00784BE1">
      <w:pPr>
        <w:spacing w:after="80"/>
        <w:rPr>
          <w:rFonts w:ascii="Times New Roman" w:hAnsi="Times New Roman"/>
          <w:sz w:val="24"/>
          <w:lang w:val="ru-RU"/>
        </w:rPr>
      </w:pPr>
      <w:r w:rsidRPr="00F06A8C">
        <w:rPr>
          <w:rFonts w:ascii="Times New Roman" w:hAnsi="Times New Roman"/>
          <w:sz w:val="24"/>
          <w:lang w:val="ru-RU"/>
        </w:rPr>
        <w:t>7. ____________________________________________________________________________</w:t>
      </w:r>
    </w:p>
    <w:p w14:paraId="6267B4B0" w14:textId="5EDFBF43" w:rsidR="00DB6A3B" w:rsidRDefault="00DB6A3B">
      <w:pPr>
        <w:spacing w:after="80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8. ____________________________________________________________________________</w:t>
      </w:r>
    </w:p>
    <w:p w14:paraId="48B95677" w14:textId="2683DA58" w:rsidR="003013DC" w:rsidRDefault="003013DC">
      <w:pPr>
        <w:spacing w:after="80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9.</w:t>
      </w:r>
      <w:r w:rsidR="004743A5">
        <w:rPr>
          <w:rFonts w:ascii="Times New Roman" w:hAnsi="Times New Roman"/>
          <w:sz w:val="24"/>
          <w:lang w:val="ru-RU"/>
        </w:rPr>
        <w:t xml:space="preserve"> ____________________________________________________________________________</w:t>
      </w:r>
    </w:p>
    <w:p w14:paraId="752178DC" w14:textId="3DEE01EE" w:rsidR="003013DC" w:rsidRDefault="003013DC">
      <w:pPr>
        <w:spacing w:after="80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10.</w:t>
      </w:r>
      <w:r w:rsidR="004743A5">
        <w:rPr>
          <w:rFonts w:ascii="Times New Roman" w:hAnsi="Times New Roman"/>
          <w:sz w:val="24"/>
          <w:lang w:val="ru-RU"/>
        </w:rPr>
        <w:t xml:space="preserve"> ___________________________________________________________________________</w:t>
      </w:r>
    </w:p>
    <w:p w14:paraId="7AB0F8D8" w14:textId="3F3BAB4F" w:rsidR="00F06A8C" w:rsidRDefault="003013DC">
      <w:pPr>
        <w:spacing w:after="80"/>
        <w:rPr>
          <w:lang w:val="ru-RU"/>
        </w:rPr>
      </w:pPr>
      <w:r>
        <w:rPr>
          <w:lang w:val="ru-RU"/>
        </w:rPr>
        <w:t>11.</w:t>
      </w:r>
      <w:r w:rsidR="004743A5">
        <w:rPr>
          <w:lang w:val="ru-RU"/>
        </w:rPr>
        <w:t>_______________________________________________________________________________________________________________</w:t>
      </w:r>
    </w:p>
    <w:p w14:paraId="7E45E981" w14:textId="702374E5" w:rsidR="003013DC" w:rsidRDefault="003013DC">
      <w:pPr>
        <w:spacing w:after="80"/>
        <w:rPr>
          <w:lang w:val="ru-RU"/>
        </w:rPr>
      </w:pPr>
      <w:r>
        <w:rPr>
          <w:lang w:val="ru-RU"/>
        </w:rPr>
        <w:t>12.</w:t>
      </w:r>
      <w:r w:rsidR="004743A5">
        <w:rPr>
          <w:lang w:val="ru-RU"/>
        </w:rPr>
        <w:t>_______________________________________________________________________________________________________________</w:t>
      </w:r>
    </w:p>
    <w:p w14:paraId="36F64C85" w14:textId="6B9DBC2D" w:rsidR="003013DC" w:rsidRDefault="003013DC">
      <w:pPr>
        <w:spacing w:after="80"/>
        <w:rPr>
          <w:lang w:val="ru-RU"/>
        </w:rPr>
      </w:pPr>
      <w:r>
        <w:rPr>
          <w:lang w:val="ru-RU"/>
        </w:rPr>
        <w:t>13.</w:t>
      </w:r>
      <w:r w:rsidR="004743A5">
        <w:rPr>
          <w:lang w:val="ru-RU"/>
        </w:rPr>
        <w:t>_______________________________________________________________________________________________________________</w:t>
      </w:r>
    </w:p>
    <w:p w14:paraId="2CBD6A73" w14:textId="216B6BFC" w:rsidR="004743A5" w:rsidRDefault="004743A5">
      <w:pPr>
        <w:spacing w:after="80"/>
        <w:rPr>
          <w:lang w:val="ru-RU"/>
        </w:rPr>
      </w:pPr>
      <w:r>
        <w:rPr>
          <w:lang w:val="ru-RU"/>
        </w:rPr>
        <w:t>14._______________________________________________________________________________________________________________</w:t>
      </w:r>
    </w:p>
    <w:p w14:paraId="6D6E8FEB" w14:textId="6A06D31A" w:rsidR="008B2983" w:rsidRDefault="00784BE1">
      <w:pPr>
        <w:spacing w:before="360"/>
      </w:pPr>
      <w:r w:rsidRPr="00F06A8C">
        <w:rPr>
          <w:rFonts w:ascii="Times New Roman" w:hAnsi="Times New Roman"/>
          <w:sz w:val="24"/>
          <w:lang w:val="ru-RU"/>
        </w:rPr>
        <w:t xml:space="preserve">Достоверность и полноту указанных сведений подтверждаю   </w:t>
      </w:r>
      <w:r>
        <w:rPr>
          <w:rFonts w:ascii="Times New Roman" w:hAnsi="Times New Roman"/>
          <w:sz w:val="24"/>
        </w:rPr>
        <w:t>«_____» ____</w:t>
      </w:r>
      <w:r w:rsidR="00DB6A3B">
        <w:rPr>
          <w:rFonts w:ascii="Times New Roman" w:hAnsi="Times New Roman"/>
          <w:sz w:val="24"/>
          <w:lang w:val="ru-RU"/>
        </w:rPr>
        <w:t>_____</w:t>
      </w:r>
      <w:r>
        <w:rPr>
          <w:rFonts w:ascii="Times New Roman" w:hAnsi="Times New Roman"/>
          <w:sz w:val="24"/>
        </w:rPr>
        <w:t xml:space="preserve"> 20___ г.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br/>
        <w:t>_______________________ / _________________________________________________</w:t>
      </w:r>
      <w:r w:rsidR="00DB6A3B">
        <w:rPr>
          <w:rFonts w:ascii="Times New Roman" w:hAnsi="Times New Roman"/>
          <w:sz w:val="24"/>
          <w:lang w:val="ru-RU"/>
        </w:rPr>
        <w:t>____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i/>
          <w:sz w:val="18"/>
        </w:rPr>
        <w:t xml:space="preserve">         </w:t>
      </w:r>
      <w:r w:rsidR="00DB6A3B">
        <w:rPr>
          <w:rFonts w:ascii="Times New Roman" w:hAnsi="Times New Roman"/>
          <w:i/>
          <w:sz w:val="18"/>
          <w:lang w:val="ru-RU"/>
        </w:rPr>
        <w:t xml:space="preserve">               </w:t>
      </w:r>
      <w:r>
        <w:rPr>
          <w:rFonts w:ascii="Times New Roman" w:hAnsi="Times New Roman"/>
          <w:i/>
          <w:sz w:val="18"/>
        </w:rPr>
        <w:t>(</w:t>
      </w:r>
      <w:proofErr w:type="spellStart"/>
      <w:r>
        <w:rPr>
          <w:rFonts w:ascii="Times New Roman" w:hAnsi="Times New Roman"/>
          <w:i/>
          <w:sz w:val="18"/>
        </w:rPr>
        <w:t>подпись</w:t>
      </w:r>
      <w:proofErr w:type="spellEnd"/>
      <w:r>
        <w:rPr>
          <w:rFonts w:ascii="Times New Roman" w:hAnsi="Times New Roman"/>
          <w:i/>
          <w:sz w:val="18"/>
        </w:rPr>
        <w:t xml:space="preserve">)                                                     </w:t>
      </w:r>
      <w:r w:rsidR="00DB6A3B">
        <w:rPr>
          <w:rFonts w:ascii="Times New Roman" w:hAnsi="Times New Roman"/>
          <w:i/>
          <w:sz w:val="18"/>
          <w:lang w:val="ru-RU"/>
        </w:rPr>
        <w:t xml:space="preserve">                                   </w:t>
      </w:r>
      <w:r>
        <w:rPr>
          <w:rFonts w:ascii="Times New Roman" w:hAnsi="Times New Roman"/>
          <w:i/>
          <w:sz w:val="18"/>
        </w:rPr>
        <w:t>(</w:t>
      </w:r>
      <w:proofErr w:type="spellStart"/>
      <w:r>
        <w:rPr>
          <w:rFonts w:ascii="Times New Roman" w:hAnsi="Times New Roman"/>
          <w:i/>
          <w:sz w:val="18"/>
        </w:rPr>
        <w:t>расшифровка</w:t>
      </w:r>
      <w:proofErr w:type="spellEnd"/>
      <w:r>
        <w:rPr>
          <w:rFonts w:ascii="Times New Roman" w:hAnsi="Times New Roman"/>
          <w:i/>
          <w:sz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</w:rPr>
        <w:t>подписи</w:t>
      </w:r>
      <w:proofErr w:type="spellEnd"/>
      <w:r>
        <w:rPr>
          <w:rFonts w:ascii="Times New Roman" w:hAnsi="Times New Roman"/>
          <w:i/>
          <w:sz w:val="18"/>
        </w:rPr>
        <w:t>)</w:t>
      </w:r>
    </w:p>
    <w:sectPr w:rsidR="008B2983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13DC"/>
    <w:rsid w:val="00326F90"/>
    <w:rsid w:val="004743A5"/>
    <w:rsid w:val="00784BE1"/>
    <w:rsid w:val="008B2983"/>
    <w:rsid w:val="00AA1D8D"/>
    <w:rsid w:val="00B47730"/>
    <w:rsid w:val="00CB0664"/>
    <w:rsid w:val="00DB6A3B"/>
    <w:rsid w:val="00F06A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E7E11D"/>
  <w14:defaultImageDpi w14:val="300"/>
  <w15:docId w15:val="{C0DB0566-1BCB-43E5-A85B-7462E414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790</Words>
  <Characters>4509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5289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2026-09-02T13:52:00Z</dcterms:created>
  <dcterms:modified xsi:type="dcterms:W3CDTF">2026-09-02T14:08:00Z</dcterms:modified>
  <cp:category/>
</cp:coreProperties>
</file>